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b/>
          <w:sz w:val="24"/>
        </w:rPr>
        <w:t>Upmetrics</w:t>
      </w:r>
    </w:p>
    <w:p/>
    <w:p/>
    <w:p/>
    <w:p>
      <w:r>
        <w:rPr>
          <w:b/>
          <w:sz w:val="42"/>
        </w:rPr>
        <w:t>[Your Company Name]</w:t>
      </w:r>
    </w:p>
    <w:p>
      <w:r>
        <w:rPr>
          <w:color w:val="5A6473"/>
          <w:sz w:val="22"/>
        </w:rPr>
        <w:t>[Your Tagline]</w:t>
      </w:r>
    </w:p>
    <w:p/>
    <w:p/>
    <w:p>
      <w:r>
        <w:rPr>
          <w:b/>
          <w:sz w:val="68"/>
        </w:rPr>
        <w:t>5 Year Business Plan [Year]</w:t>
      </w:r>
    </w:p>
    <w:p>
      <w:r>
        <w:rPr>
          <w:color w:val="5A6473"/>
          <w:sz w:val="24"/>
        </w:rPr>
        <w:t>Financial tables running Year 1 to Year 5</w:t>
      </w:r>
    </w:p>
    <w:p/>
    <w:p>
      <w:r>
        <w:t>Prepared by ______________________        Date ______________</w:t>
      </w:r>
    </w:p>
    <w:p>
      <w:r>
        <w:br w:type="page"/>
      </w:r>
    </w:p>
    <w:p>
      <w:pPr>
        <w:pStyle w:val="Heading1"/>
      </w:pPr>
      <w:r>
        <w:t>How to use this template</w:t>
      </w:r>
    </w:p>
    <w:p>
      <w:pPr>
        <w:pStyle w:val="ListNumber"/>
      </w:pPr>
      <w:r>
        <w:t>Fill in the easy factual sections first. Company overview, products and the team are mostly things you already know.</w:t>
      </w:r>
    </w:p>
    <w:p>
      <w:pPr>
        <w:pStyle w:val="ListNumber"/>
      </w:pPr>
      <w:r>
        <w:t>Do the market section with a browser open. Competitor prices, what reviews complain about.</w:t>
      </w:r>
    </w:p>
    <w:p>
      <w:pPr>
        <w:pStyle w:val="ListNumber"/>
      </w:pPr>
      <w:r>
        <w:t>Build the financials from one unit upward: what you charge, what it costs you, how many you sell in a week.</w:t>
      </w:r>
    </w:p>
    <w:p>
      <w:pPr>
        <w:pStyle w:val="ListNumber"/>
      </w:pPr>
      <w:r>
        <w:t>Write the executive summary last, once the other sections give you something to summarise.</w:t>
      </w:r>
    </w:p>
    <w:p>
      <w:pPr>
        <w:pStyle w:val="ListNumber"/>
      </w:pPr>
      <w:r>
        <w:t>Delete what does not apply. A shorter plan that is all relevant beats a padded one.</w:t>
      </w:r>
    </w:p>
    <w:p>
      <w:pPr>
        <w:spacing w:after="80"/>
      </w:pPr>
      <w:r>
        <w:rPr>
          <w:i/>
          <w:color w:val="41414F"/>
          <w:sz w:val="18"/>
        </w:rPr>
        <w:t>The tables here run to year five. The detail should drop off sharply as you go: year one built month by month, year two from named causes, and years four and five from a single stated growth assumption each. A reader knows the later years are a straight line. Saying so is more credible than dressing it up.</w:t>
      </w:r>
    </w:p>
    <w:p>
      <w:r>
        <w:br w:type="page"/>
      </w:r>
    </w:p>
    <w:p>
      <w:pPr>
        <w:pStyle w:val="Heading1"/>
      </w:pPr>
      <w:r>
        <w:t>Contents</w:t>
      </w:r>
    </w:p>
    <w:p>
      <w:r>
        <w:t>1. Executive Summary</w:t>
      </w:r>
    </w:p>
    <w:p>
      <w:r>
        <w:t>2. Business Overview</w:t>
      </w:r>
    </w:p>
    <w:p>
      <w:r>
        <w:t>3. Market Analysis</w:t>
      </w:r>
    </w:p>
    <w:p>
      <w:r>
        <w:t>4. Competitive Analysis</w:t>
      </w:r>
    </w:p>
    <w:p>
      <w:r>
        <w:t>5. Products and Services</w:t>
      </w:r>
    </w:p>
    <w:p>
      <w:r>
        <w:t>6. Sales and Marketing Strategies</w:t>
      </w:r>
    </w:p>
    <w:p>
      <w:r>
        <w:t>7. Operations Plan</w:t>
      </w:r>
    </w:p>
    <w:p>
      <w:r>
        <w:t>8. Management Team</w:t>
      </w:r>
    </w:p>
    <w:p>
      <w:r>
        <w:t>9. Financial Plan</w:t>
      </w:r>
    </w:p>
    <w:p>
      <w:r>
        <w:t>10. Risk Management</w:t>
      </w:r>
    </w:p>
    <w:p>
      <w:r>
        <w:t>11. Exit Strategies</w:t>
      </w:r>
    </w:p>
    <w:p>
      <w:r>
        <w:br w:type="page"/>
      </w:r>
    </w:p>
    <w:p>
      <w:pPr>
        <w:pStyle w:val="Heading1"/>
      </w:pPr>
      <w:r>
        <w:t>1. Executive Summary</w:t>
      </w:r>
    </w:p>
    <w:p>
      <w:pPr>
        <w:spacing w:after="80"/>
      </w:pPr>
      <w:r>
        <w:rPr>
          <w:i/>
          <w:color w:val="41414F"/>
          <w:sz w:val="18"/>
        </w:rPr>
        <w:t>Write this chapter last. Once the other ten are drafted it is mostly a matter of lifting the strongest line out of each.</w:t>
      </w:r>
    </w:p>
    <w:p>
      <w:pPr>
        <w:pStyle w:val="Heading2"/>
      </w:pPr>
      <w:r>
        <w:t>Business Name and Location</w:t>
      </w:r>
    </w:p>
    <w:p>
      <w:pPr>
        <w:spacing w:after="80"/>
      </w:pPr>
      <w:r>
        <w:rPr>
          <w:i/>
          <w:color w:val="41414F"/>
          <w:sz w:val="18"/>
        </w:rPr>
        <w:t>State the name of your business, where it operates, when it was founded and what it does. Say why the location works for your customers, your suppliers or your costs.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Vision Statement</w:t>
      </w:r>
    </w:p>
    <w:p>
      <w:pPr>
        <w:spacing w:after="80"/>
      </w:pPr>
      <w:r>
        <w:rPr>
          <w:i/>
          <w:color w:val="41414F"/>
          <w:sz w:val="18"/>
        </w:rPr>
        <w:t>Where you want the business to be in three to five years. One or two sentences. Resist writing something that could apply to any company.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Market Opportunity</w:t>
      </w:r>
    </w:p>
    <w:p>
      <w:pPr>
        <w:spacing w:after="80"/>
      </w:pPr>
      <w:r>
        <w:rPr>
          <w:i/>
          <w:color w:val="41414F"/>
          <w:sz w:val="18"/>
        </w:rPr>
        <w:t>The gap you are filling, with a number against it where you have one. Who is underserved today, and what they do instead.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Key Products and Services</w:t>
      </w:r>
    </w:p>
    <w:p>
      <w:pPr>
        <w:spacing w:after="80"/>
      </w:pPr>
      <w:r>
        <w:rPr>
          <w:i/>
          <w:color w:val="41414F"/>
          <w:sz w:val="18"/>
        </w:rPr>
        <w:t>What you sell, and what problem each thing solves. Lead with the one that makes the most money.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Marketing Strategies</w:t>
      </w:r>
    </w:p>
    <w:p>
      <w:pPr>
        <w:spacing w:after="80"/>
      </w:pPr>
      <w:r>
        <w:rPr>
          <w:i/>
          <w:color w:val="41414F"/>
          <w:sz w:val="18"/>
        </w:rPr>
        <w:t>The two or three channels you will actually use. A list of nine reads as a plan to do none of them.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Financial Highlights</w:t>
      </w:r>
    </w:p>
    <w:p>
      <w:pPr>
        <w:spacing w:after="80"/>
      </w:pPr>
      <w:r>
        <w:rPr>
          <w:i/>
          <w:color w:val="41414F"/>
          <w:sz w:val="18"/>
        </w:rPr>
        <w:t>Projected revenue, when you break even, and what funding you need. Three or four numbers, not a paragraph.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r>
        <w:br w:type="page"/>
      </w:r>
    </w:p>
    <w:p>
      <w:pPr>
        <w:pStyle w:val="Heading1"/>
      </w:pPr>
      <w:r>
        <w:t>2. Business Overview</w:t>
      </w:r>
    </w:p>
    <w:p>
      <w:pPr>
        <w:spacing w:after="80"/>
      </w:pPr>
      <w:r>
        <w:rPr>
          <w:i/>
          <w:color w:val="41414F"/>
          <w:sz w:val="18"/>
        </w:rPr>
        <w:t>The factual section. Most of this you already know, so it is a good place to build momentum before the harder sections.</w:t>
      </w:r>
    </w:p>
    <w:p>
      <w:pPr>
        <w:pStyle w:val="Heading2"/>
      </w:pPr>
      <w:r>
        <w:t>Business Concept</w:t>
      </w:r>
    </w:p>
    <w:p>
      <w:pPr>
        <w:spacing w:after="80"/>
      </w:pPr>
      <w:r>
        <w:rPr>
          <w:i/>
          <w:color w:val="41414F"/>
          <w:sz w:val="18"/>
        </w:rPr>
        <w:t>The problem your business solves and how it delivers value. Explain why your approach beats what customers do today.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Legal Structure</w:t>
      </w:r>
    </w:p>
    <w:p>
      <w:pPr>
        <w:spacing w:after="80"/>
      </w:pPr>
      <w:r>
        <w:rPr>
          <w:i/>
          <w:color w:val="41414F"/>
          <w:sz w:val="18"/>
        </w:rPr>
        <w:t>LLC, corporation, partnership or sole proprietorship. Say why that structure suits your operations, taxes and liability.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Owners</w:t>
      </w:r>
    </w:p>
    <w:p>
      <w:pPr>
        <w:spacing w:after="80"/>
      </w:pPr>
      <w:r>
        <w:rPr>
          <w:i/>
          <w:color w:val="41414F"/>
          <w:sz w:val="18"/>
        </w:rPr>
        <w:t>Who owns the business, what share each holds, and what they bring to it beyond money.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Mission Statement</w:t>
      </w:r>
    </w:p>
    <w:p>
      <w:pPr>
        <w:spacing w:after="80"/>
      </w:pPr>
      <w:r>
        <w:rPr>
          <w:i/>
          <w:color w:val="41414F"/>
          <w:sz w:val="18"/>
        </w:rPr>
        <w:t>A short statement of purpose. What the business is for, in plain words.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Background History</w:t>
      </w:r>
    </w:p>
    <w:p>
      <w:pPr>
        <w:spacing w:after="80"/>
      </w:pPr>
      <w:r>
        <w:rPr>
          <w:i/>
          <w:color w:val="41414F"/>
          <w:sz w:val="18"/>
        </w:rPr>
        <w:t>How and why you started. Milestones, challenges you got past, anything that explains why you are the one doing this.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Goals and Objectives</w:t>
      </w:r>
    </w:p>
    <w:p>
      <w:pPr>
        <w:spacing w:after="80"/>
      </w:pPr>
      <w:r>
        <w:rPr>
          <w:i/>
          <w:color w:val="41414F"/>
          <w:sz w:val="18"/>
        </w:rPr>
        <w:t>Specific and measurable, with dates. 'Grow the business' is not a goal. 'Open a second location by March' is.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r>
        <w:br w:type="page"/>
      </w:r>
    </w:p>
    <w:p>
      <w:pPr>
        <w:pStyle w:val="Heading1"/>
      </w:pPr>
      <w:r>
        <w:t>3. Market Analysis</w:t>
      </w:r>
    </w:p>
    <w:p>
      <w:pPr>
        <w:spacing w:after="80"/>
      </w:pPr>
      <w:r>
        <w:rPr>
          <w:i/>
          <w:color w:val="41414F"/>
          <w:sz w:val="18"/>
        </w:rPr>
        <w:t>The chapter most first drafts fill with general statements. Everything here should come from something you looked up, not something you assume.</w:t>
      </w:r>
    </w:p>
    <w:p>
      <w:pPr>
        <w:pStyle w:val="Heading2"/>
      </w:pPr>
      <w:r>
        <w:t>Industry Overview</w:t>
      </w:r>
    </w:p>
    <w:p>
      <w:pPr>
        <w:spacing w:after="80"/>
      </w:pPr>
      <w:r>
        <w:rPr>
          <w:i/>
          <w:color w:val="41414F"/>
          <w:sz w:val="18"/>
        </w:rPr>
        <w:t>Your industry's size, direction and outlook, and where your business sits inside it.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Market Size and Growth Potential</w:t>
      </w:r>
    </w:p>
    <w:p>
      <w:pPr>
        <w:spacing w:after="80"/>
      </w:pPr>
      <w:r>
        <w:rPr>
          <w:i/>
          <w:color w:val="41414F"/>
          <w:sz w:val="18"/>
        </w:rPr>
        <w:t>Estimate your market using industry reports or your own counts. Cite the source. An unsourced number is worse than no number.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Target Market</w:t>
      </w:r>
    </w:p>
    <w:p>
      <w:pPr>
        <w:spacing w:after="80"/>
      </w:pPr>
      <w:r>
        <w:rPr>
          <w:i/>
          <w:color w:val="41414F"/>
          <w:sz w:val="18"/>
        </w:rPr>
        <w:t>The specific segment you are going after, and why that one rather than the whole market.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Customer Analysis</w:t>
      </w:r>
    </w:p>
    <w:p>
      <w:pPr>
        <w:spacing w:after="80"/>
      </w:pPr>
      <w:r>
        <w:rPr>
          <w:i/>
          <w:color w:val="41414F"/>
          <w:sz w:val="18"/>
        </w:rPr>
        <w:t>Who buys, what they need, and what actually makes them decide. Pull this from real customers or real reviews.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Potential Customers</w:t>
      </w:r>
    </w:p>
    <w:p>
      <w:pPr>
        <w:spacing w:after="80"/>
      </w:pPr>
      <w:r>
        <w:rPr>
          <w:i/>
          <w:color w:val="41414F"/>
          <w:sz w:val="18"/>
        </w:rPr>
        <w:t>Groups most likely to need what you sell, and roughly how many of them there are within reach.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Buyer Persona</w:t>
      </w:r>
    </w:p>
    <w:p>
      <w:pPr>
        <w:spacing w:after="80"/>
      </w:pPr>
      <w:r>
        <w:rPr>
          <w:i/>
          <w:color w:val="41414F"/>
          <w:sz w:val="18"/>
        </w:rPr>
        <w:t>One named, specific profile of your ideal customer: their situation, their goal, and what currently stops them.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Market Trends</w:t>
      </w:r>
    </w:p>
    <w:p>
      <w:pPr>
        <w:spacing w:after="80"/>
      </w:pPr>
      <w:r>
        <w:rPr>
          <w:i/>
          <w:color w:val="41414F"/>
          <w:sz w:val="18"/>
        </w:rPr>
        <w:t>Shifts in demand, technology or behaviour that affect you, and whether each one helps or hurts.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Regulatory Compliance</w:t>
      </w:r>
    </w:p>
    <w:p>
      <w:pPr>
        <w:spacing w:after="80"/>
      </w:pPr>
      <w:r>
        <w:rPr>
          <w:i/>
          <w:color w:val="41414F"/>
          <w:sz w:val="18"/>
        </w:rPr>
        <w:t>The licences, permits, insurance and regulations that apply to you. Name the specific ones, say which you already hold, and what the renewal cycle is.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r>
        <w:br w:type="page"/>
      </w:r>
    </w:p>
    <w:p>
      <w:pPr>
        <w:pStyle w:val="Heading1"/>
      </w:pPr>
      <w:r>
        <w:t>4. Competitive Analysis</w:t>
      </w:r>
    </w:p>
    <w:p>
      <w:pPr>
        <w:spacing w:after="80"/>
      </w:pPr>
      <w:r>
        <w:rPr>
          <w:i/>
          <w:color w:val="41414F"/>
          <w:sz w:val="18"/>
        </w:rPr>
        <w:t>Its own chapter, not a paragraph inside market analysis. Lenders read this one closely, because it shows whether you have looked outside your own head.</w:t>
      </w:r>
    </w:p>
    <w:p>
      <w:pPr>
        <w:pStyle w:val="Heading2"/>
      </w:pPr>
      <w:r>
        <w:t>Key Competitors</w:t>
      </w:r>
    </w:p>
    <w:p>
      <w:pPr>
        <w:spacing w:after="80"/>
      </w:pPr>
      <w:r>
        <w:rPr>
          <w:i/>
          <w:color w:val="41414F"/>
          <w:sz w:val="18"/>
        </w:rPr>
        <w:t>Name three. Their prices, what customers praise them for, and what the reviews complain about. Thirty minutes of reading beats any amount of describing the market in general.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Competitive Advantages</w:t>
      </w:r>
    </w:p>
    <w:p>
      <w:pPr>
        <w:spacing w:after="80"/>
      </w:pPr>
      <w:r>
        <w:rPr>
          <w:i/>
          <w:color w:val="41414F"/>
          <w:sz w:val="18"/>
        </w:rPr>
        <w:t>What you have that is hard to copy: a location, a licence, a relationship, a cost advantage, years in the trade. If nothing comes to mind, that is the most useful thing this chapter can tell you.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SWOT Analysis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b/>
              </w:rPr>
              <w:t>Strengths</w:t>
            </w:r>
          </w:p>
          <w:p>
            <w:r>
              <w:rPr>
                <w:i/>
                <w:sz w:val="18"/>
              </w:rPr>
              <w:t>What you do well that customers notice.</w:t>
            </w:r>
          </w:p>
          <w:p/>
          <w:p/>
        </w:tc>
        <w:tc>
          <w:tcPr>
            <w:tcW w:type="dxa" w:w="4968"/>
          </w:tcPr>
          <w:p>
            <w:r>
              <w:rPr>
                <w:b/>
              </w:rPr>
              <w:t>Weaknesses</w:t>
            </w:r>
          </w:p>
          <w:p>
            <w:r>
              <w:rPr>
                <w:i/>
                <w:sz w:val="18"/>
              </w:rPr>
              <w:t>Be honest, and say what you plan to do about each.</w:t>
            </w:r>
          </w:p>
          <w:p/>
          <w:p/>
        </w:tc>
      </w:tr>
      <w:tr>
        <w:tc>
          <w:tcPr>
            <w:tcW w:type="dxa" w:w="4968"/>
          </w:tcPr>
          <w:p>
            <w:r>
              <w:rPr>
                <w:b/>
              </w:rPr>
              <w:t>Opportunities</w:t>
            </w:r>
          </w:p>
          <w:p>
            <w:r>
              <w:rPr>
                <w:i/>
                <w:sz w:val="18"/>
              </w:rPr>
              <w:t>Trends or gaps you could take.</w:t>
            </w:r>
          </w:p>
          <w:p/>
          <w:p/>
        </w:tc>
        <w:tc>
          <w:tcPr>
            <w:tcW w:type="dxa" w:w="4968"/>
          </w:tcPr>
          <w:p>
            <w:r>
              <w:rPr>
                <w:b/>
              </w:rPr>
              <w:t>Threats</w:t>
            </w:r>
          </w:p>
          <w:p>
            <w:r>
              <w:rPr>
                <w:i/>
                <w:sz w:val="18"/>
              </w:rPr>
              <w:t>Competition, costs, rules, and how you protect against them.</w:t>
            </w:r>
          </w:p>
          <w:p/>
          <w:p/>
        </w:tc>
      </w:tr>
    </w:tbl>
    <w:p/>
    <w:p>
      <w:r>
        <w:br w:type="page"/>
      </w:r>
    </w:p>
    <w:p>
      <w:pPr>
        <w:pStyle w:val="Heading1"/>
      </w:pPr>
      <w:r>
        <w:t>5. Products and Services</w:t>
      </w:r>
    </w:p>
    <w:p>
      <w:pPr>
        <w:pStyle w:val="Heading2"/>
      </w:pPr>
      <w:r>
        <w:t>Product and Service Description</w:t>
      </w:r>
    </w:p>
    <w:p>
      <w:pPr>
        <w:spacing w:after="80"/>
      </w:pPr>
      <w:r>
        <w:rPr>
          <w:i/>
          <w:color w:val="41414F"/>
          <w:sz w:val="18"/>
        </w:rPr>
        <w:t>What each thing is, how it works, and what goes into delivering it.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Benefits to Customers</w:t>
      </w:r>
    </w:p>
    <w:p>
      <w:pPr>
        <w:spacing w:after="80"/>
      </w:pPr>
      <w:r>
        <w:rPr>
          <w:i/>
          <w:color w:val="41414F"/>
          <w:sz w:val="18"/>
        </w:rPr>
        <w:t>What it saves them, spares them or lets them do. Practical benefits, not adjectives.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Pricing Strategy</w:t>
      </w:r>
    </w:p>
    <w:p>
      <w:pPr>
        <w:spacing w:after="80"/>
      </w:pPr>
      <w:r>
        <w:rPr>
          <w:i/>
          <w:color w:val="41414F"/>
          <w:sz w:val="18"/>
        </w:rPr>
        <w:t>Your prices and how you arrived at them. Say how they compare to the competitors you named earlier.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Future Expansion</w:t>
      </w:r>
    </w:p>
    <w:p>
      <w:pPr>
        <w:spacing w:after="80"/>
      </w:pPr>
      <w:r>
        <w:rPr>
          <w:i/>
          <w:color w:val="41414F"/>
          <w:sz w:val="18"/>
        </w:rPr>
        <w:t>What you would add next, and what would have to be true first.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r>
        <w:br w:type="page"/>
      </w:r>
    </w:p>
    <w:p>
      <w:pPr>
        <w:pStyle w:val="Heading1"/>
      </w:pPr>
      <w:r>
        <w:t>6. Sales and Marketing Strategies</w:t>
      </w:r>
    </w:p>
    <w:p>
      <w:pPr>
        <w:pStyle w:val="Heading2"/>
      </w:pPr>
      <w:r>
        <w:t>Unique Selling Proposition</w:t>
      </w:r>
    </w:p>
    <w:p>
      <w:pPr>
        <w:spacing w:after="80"/>
      </w:pPr>
      <w:r>
        <w:rPr>
          <w:i/>
          <w:color w:val="41414F"/>
          <w:sz w:val="18"/>
        </w:rPr>
        <w:t>The one thing you would want a customer to repeat about you. One sentence.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Branding Strategy</w:t>
      </w:r>
    </w:p>
    <w:p>
      <w:pPr>
        <w:spacing w:after="80"/>
      </w:pPr>
      <w:r>
        <w:rPr>
          <w:i/>
          <w:color w:val="41414F"/>
          <w:sz w:val="18"/>
        </w:rPr>
        <w:t>How the business presents itself: name, look, tone, and what you want people to feel about it.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Marketing Plan</w:t>
      </w:r>
    </w:p>
    <w:p>
      <w:pPr>
        <w:spacing w:after="80"/>
      </w:pPr>
      <w:r>
        <w:rPr>
          <w:i/>
          <w:color w:val="41414F"/>
          <w:sz w:val="18"/>
        </w:rPr>
        <w:t>Your channels, with a cost against each. If you cannot cost it, you have not thought it through enough to include it.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Sales Tactics</w:t>
      </w:r>
    </w:p>
    <w:p>
      <w:pPr>
        <w:spacing w:after="80"/>
      </w:pPr>
      <w:r>
        <w:rPr>
          <w:i/>
          <w:color w:val="41414F"/>
          <w:sz w:val="18"/>
        </w:rPr>
        <w:t>How an interested person becomes a paying one. Who does that, and how long it takes.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Customer Retention</w:t>
      </w:r>
    </w:p>
    <w:p>
      <w:pPr>
        <w:spacing w:after="80"/>
      </w:pPr>
      <w:r>
        <w:rPr>
          <w:i/>
          <w:color w:val="41414F"/>
          <w:sz w:val="18"/>
        </w:rPr>
        <w:t>What brings people back. Cheaper than finding new ones, and usually the thinnest section in a first draft.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r>
        <w:br w:type="page"/>
      </w:r>
    </w:p>
    <w:p>
      <w:pPr>
        <w:pStyle w:val="Heading1"/>
      </w:pPr>
      <w:r>
        <w:t>7. Operations Plan</w:t>
      </w:r>
    </w:p>
    <w:p>
      <w:pPr>
        <w:spacing w:after="80"/>
      </w:pPr>
      <w:r>
        <w:rPr>
          <w:i/>
          <w:color w:val="41414F"/>
          <w:sz w:val="18"/>
        </w:rPr>
        <w:t>The day to day. What has to happen every week for the business to run.</w:t>
      </w:r>
    </w:p>
    <w:p>
      <w:pPr>
        <w:pStyle w:val="Heading2"/>
      </w:pPr>
      <w:r>
        <w:t>Staffing and Training</w:t>
      </w:r>
    </w:p>
    <w:p>
      <w:pPr>
        <w:spacing w:after="80"/>
      </w:pPr>
      <w:r>
        <w:rPr>
          <w:i/>
          <w:color w:val="41414F"/>
          <w:sz w:val="18"/>
        </w:rPr>
        <w:t>The roles you need, when you need them, and what each costs. Include yourself.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Daily Operations</w:t>
      </w:r>
    </w:p>
    <w:p>
      <w:pPr>
        <w:spacing w:after="80"/>
      </w:pPr>
      <w:r>
        <w:rPr>
          <w:i/>
          <w:color w:val="41414F"/>
          <w:sz w:val="18"/>
        </w:rPr>
        <w:t>Opening to closing. The workflow, the schedule, and who is responsible for what.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Suppliers and Vendors</w:t>
      </w:r>
    </w:p>
    <w:p>
      <w:pPr>
        <w:spacing w:after="80"/>
      </w:pPr>
      <w:r>
        <w:rPr>
          <w:i/>
          <w:color w:val="41414F"/>
          <w:sz w:val="18"/>
        </w:rPr>
        <w:t>Who supplies you, on what terms, and what you would do if one of them fell through.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Technology and Tools</w:t>
      </w:r>
    </w:p>
    <w:p>
      <w:pPr>
        <w:spacing w:after="80"/>
      </w:pPr>
      <w:r>
        <w:rPr>
          <w:i/>
          <w:color w:val="41414F"/>
          <w:sz w:val="18"/>
        </w:rPr>
        <w:t>The systems you run on: bookings, payments, accounting, inventory. What each costs per month.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r>
        <w:br w:type="page"/>
      </w:r>
    </w:p>
    <w:p>
      <w:pPr>
        <w:pStyle w:val="Heading1"/>
      </w:pPr>
      <w:r>
        <w:t>8. Management Team</w:t>
      </w:r>
    </w:p>
    <w:p>
      <w:pPr>
        <w:spacing w:after="80"/>
      </w:pPr>
      <w:r>
        <w:rPr>
          <w:i/>
          <w:color w:val="41414F"/>
          <w:sz w:val="18"/>
        </w:rPr>
        <w:t>Who is running this, and what they have done before. A lender is deciding whether to back the people as much as the idea, so do not treat it as a formality.</w:t>
      </w:r>
    </w:p>
    <w:p>
      <w:pPr>
        <w:pStyle w:val="Heading2"/>
      </w:pPr>
      <w:r>
        <w:t>Owner and Founder Profile</w:t>
      </w:r>
    </w:p>
    <w:p>
      <w:pPr>
        <w:spacing w:after="80"/>
      </w:pPr>
      <w:r>
        <w:rPr>
          <w:i/>
          <w:color w:val="41414F"/>
          <w:sz w:val="18"/>
        </w:rPr>
        <w:t>Your relevant experience, stated plainly. What you have run, built or done before that makes this credible.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Key Managers</w:t>
      </w:r>
    </w:p>
    <w:p>
      <w:pPr>
        <w:spacing w:after="80"/>
      </w:pPr>
      <w:r>
        <w:rPr>
          <w:i/>
          <w:color w:val="41414F"/>
          <w:sz w:val="18"/>
        </w:rPr>
        <w:t>Who else is senior, what they are responsible for, and what they did before.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Organizational Structure</w:t>
      </w:r>
    </w:p>
    <w:p>
      <w:pPr>
        <w:spacing w:after="80"/>
      </w:pPr>
      <w:r>
        <w:rPr>
          <w:i/>
          <w:color w:val="41414F"/>
          <w:sz w:val="18"/>
        </w:rPr>
        <w:t>Who reports to whom, and who decides what. A simple chart does this better than a paragraph.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Compensation Plan</w:t>
      </w:r>
    </w:p>
    <w:p>
      <w:pPr>
        <w:spacing w:after="80"/>
      </w:pPr>
      <w:r>
        <w:rPr>
          <w:i/>
          <w:color w:val="41414F"/>
          <w:sz w:val="18"/>
        </w:rPr>
        <w:t>Salaries, bonuses and benefits for owners and staff. Owner pay belongs in the costs, not in a footnote.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Advisory Board Members</w:t>
      </w:r>
    </w:p>
    <w:p>
      <w:pPr>
        <w:spacing w:after="80"/>
      </w:pPr>
      <w:r>
        <w:rPr>
          <w:i/>
          <w:color w:val="41414F"/>
          <w:sz w:val="18"/>
        </w:rPr>
        <w:t>Advisors, mentors or accountants who are genuinely involved. Leave it blank rather than padding it.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r>
        <w:br w:type="page"/>
      </w:r>
    </w:p>
    <w:p>
      <w:pPr>
        <w:pStyle w:val="Heading1"/>
      </w:pPr>
      <w:r>
        <w:t>9. Financial Plan</w:t>
      </w:r>
    </w:p>
    <w:p>
      <w:pPr>
        <w:spacing w:after="80"/>
      </w:pPr>
      <w:r>
        <w:rPr>
          <w:i/>
          <w:color w:val="41414F"/>
          <w:sz w:val="18"/>
        </w:rPr>
        <w:t>The section a lender checks first. Fill the tables in from real quotes and your own prices, not from a target you worked backwards from.</w:t>
      </w:r>
    </w:p>
    <w:p>
      <w:pPr>
        <w:pStyle w:val="Heading2"/>
      </w:pPr>
      <w:r>
        <w:t>Important Assumptions</w:t>
      </w:r>
    </w:p>
    <w:p>
      <w:pPr>
        <w:spacing w:after="80"/>
      </w:pPr>
      <w:r>
        <w:rPr>
          <w:i/>
          <w:color w:val="41414F"/>
          <w:sz w:val="18"/>
        </w:rPr>
        <w:t>The handful of figures everything else rests on: your price, your cost per sale, and how many you expect to sell. Write them down so a reader can judge them.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Sales and Revenue Forecast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shd w:fill="EEF0FF"/>
          </w:tcPr>
          <w:p>
            <w:r>
              <w:rPr>
                <w:b/>
                <w:sz w:val="18"/>
              </w:rPr>
              <w:t>Category</w:t>
            </w:r>
          </w:p>
        </w:tc>
        <w:tc>
          <w:tcPr>
            <w:tcW w:type="dxa" w:w="2484"/>
            <w:shd w:fill="EEF0FF"/>
          </w:tcPr>
          <w:p>
            <w:r>
              <w:rPr>
                <w:b/>
                <w:sz w:val="18"/>
              </w:rPr>
              <w:t>Units sold</w:t>
            </w:r>
          </w:p>
        </w:tc>
        <w:tc>
          <w:tcPr>
            <w:tcW w:type="dxa" w:w="2484"/>
            <w:shd w:fill="EEF0FF"/>
          </w:tcPr>
          <w:p>
            <w:r>
              <w:rPr>
                <w:b/>
                <w:sz w:val="18"/>
              </w:rPr>
              <w:t>Revenue</w:t>
            </w:r>
          </w:p>
        </w:tc>
        <w:tc>
          <w:tcPr>
            <w:tcW w:type="dxa" w:w="2484"/>
            <w:shd w:fill="EEF0FF"/>
          </w:tcPr>
          <w:p>
            <w:r>
              <w:rPr>
                <w:b/>
                <w:sz w:val="18"/>
              </w:rPr>
              <w:t>Growth</w:t>
            </w:r>
          </w:p>
        </w:tc>
      </w:tr>
      <w:tr>
        <w:tc>
          <w:tcPr>
            <w:tcW w:type="dxa" w:w="2484"/>
          </w:tcPr>
          <w:p>
            <w:r>
              <w:t>Year 1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t>Year 2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t>Year 3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t>Year 4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t>Year 5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</w:tbl>
    <w:p>
      <w:pPr>
        <w:spacing w:after="80"/>
      </w:pPr>
      <w:r>
        <w:rPr>
          <w:i/>
          <w:color w:val="41414F"/>
          <w:sz w:val="18"/>
        </w:rPr>
        <w:t>Base these on your own price and a realistic weekly volume, built up from one unit. Starting from a revenue target and working backwards produces numbers nobody believes, including you.</w:t>
      </w:r>
    </w:p>
    <w:p/>
    <w:p>
      <w:pPr>
        <w:pStyle w:val="Heading2"/>
      </w:pPr>
      <w:r>
        <w:t>Profit and Loss Statement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56"/>
        <w:gridCol w:w="1656"/>
        <w:gridCol w:w="1656"/>
        <w:gridCol w:w="1656"/>
        <w:gridCol w:w="1656"/>
        <w:gridCol w:w="1656"/>
      </w:tblGrid>
      <w:tr>
        <w:tc>
          <w:tcPr>
            <w:tcW w:type="dxa" w:w="1656"/>
            <w:shd w:fill="EEF0FF"/>
          </w:tcPr>
          <w:p>
            <w:r>
              <w:rPr>
                <w:b/>
                <w:sz w:val="18"/>
              </w:rPr>
              <w:t>Category</w:t>
            </w:r>
          </w:p>
        </w:tc>
        <w:tc>
          <w:tcPr>
            <w:tcW w:type="dxa" w:w="1656"/>
            <w:shd w:fill="EEF0FF"/>
          </w:tcPr>
          <w:p>
            <w:r>
              <w:rPr>
                <w:b/>
                <w:sz w:val="18"/>
              </w:rPr>
              <w:t>Year 1</w:t>
            </w:r>
          </w:p>
        </w:tc>
        <w:tc>
          <w:tcPr>
            <w:tcW w:type="dxa" w:w="1656"/>
            <w:shd w:fill="EEF0FF"/>
          </w:tcPr>
          <w:p>
            <w:r>
              <w:rPr>
                <w:b/>
                <w:sz w:val="18"/>
              </w:rPr>
              <w:t>Year 2</w:t>
            </w:r>
          </w:p>
        </w:tc>
        <w:tc>
          <w:tcPr>
            <w:tcW w:type="dxa" w:w="1656"/>
            <w:shd w:fill="EEF0FF"/>
          </w:tcPr>
          <w:p>
            <w:r>
              <w:rPr>
                <w:b/>
                <w:sz w:val="18"/>
              </w:rPr>
              <w:t>Year 3</w:t>
            </w:r>
          </w:p>
        </w:tc>
        <w:tc>
          <w:tcPr>
            <w:tcW w:type="dxa" w:w="1656"/>
            <w:shd w:fill="EEF0FF"/>
          </w:tcPr>
          <w:p>
            <w:r>
              <w:rPr>
                <w:b/>
                <w:sz w:val="18"/>
              </w:rPr>
              <w:t>Year 4</w:t>
            </w:r>
          </w:p>
        </w:tc>
        <w:tc>
          <w:tcPr>
            <w:tcW w:type="dxa" w:w="1656"/>
            <w:shd w:fill="EEF0FF"/>
          </w:tcPr>
          <w:p>
            <w:r>
              <w:rPr>
                <w:b/>
                <w:sz w:val="18"/>
              </w:rPr>
              <w:t>Year 5</w:t>
            </w:r>
          </w:p>
        </w:tc>
      </w:tr>
      <w:tr>
        <w:tc>
          <w:tcPr>
            <w:tcW w:type="dxa" w:w="1656"/>
            <w:shd w:fill="FAFAFD"/>
          </w:tcPr>
          <w:p>
            <w:r>
              <w:rPr>
                <w:b/>
              </w:rPr>
              <w:t>Revenue</w:t>
            </w:r>
          </w:p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</w:tr>
      <w:tr>
        <w:tc>
          <w:tcPr>
            <w:tcW w:type="dxa" w:w="1656"/>
          </w:tcPr>
          <w:p>
            <w:r>
              <w:t>Sales revenue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</w:tcPr>
          <w:p>
            <w:r>
              <w:t>Other income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  <w:shd w:fill="FAFAFD"/>
          </w:tcPr>
          <w:p>
            <w:r>
              <w:rPr>
                <w:b/>
              </w:rPr>
              <w:t>Total revenue</w:t>
            </w:r>
          </w:p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</w:tr>
      <w:tr>
        <w:tc>
          <w:tcPr>
            <w:tcW w:type="dxa" w:w="1656"/>
            <w:shd w:fill="FAFAFD"/>
          </w:tcPr>
          <w:p>
            <w:r>
              <w:rPr>
                <w:b/>
              </w:rPr>
              <w:t>Cost of goods sold</w:t>
            </w:r>
          </w:p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</w:tr>
      <w:tr>
        <w:tc>
          <w:tcPr>
            <w:tcW w:type="dxa" w:w="1656"/>
          </w:tcPr>
          <w:p>
            <w:r>
              <w:t>Materials and supplies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</w:tcPr>
          <w:p>
            <w:r>
              <w:t>Labour costs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</w:tcPr>
          <w:p>
            <w:r>
              <w:t>Other direct costs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  <w:shd w:fill="FAFAFD"/>
          </w:tcPr>
          <w:p>
            <w:r>
              <w:rPr>
                <w:b/>
              </w:rPr>
              <w:t>Total cost of goods sold</w:t>
            </w:r>
          </w:p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</w:tr>
      <w:tr>
        <w:tc>
          <w:tcPr>
            <w:tcW w:type="dxa" w:w="1656"/>
            <w:shd w:fill="FAFAFD"/>
          </w:tcPr>
          <w:p>
            <w:r>
              <w:rPr>
                <w:b/>
              </w:rPr>
              <w:t>Gross profit</w:t>
            </w:r>
          </w:p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</w:tr>
      <w:tr>
        <w:tc>
          <w:tcPr>
            <w:tcW w:type="dxa" w:w="1656"/>
            <w:shd w:fill="FAFAFD"/>
          </w:tcPr>
          <w:p>
            <w:r>
              <w:rPr>
                <w:b/>
              </w:rPr>
              <w:t>Operating expenses</w:t>
            </w:r>
          </w:p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</w:tr>
      <w:tr>
        <w:tc>
          <w:tcPr>
            <w:tcW w:type="dxa" w:w="1656"/>
          </w:tcPr>
          <w:p>
            <w:r>
              <w:t>Salaries and wages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</w:tcPr>
          <w:p>
            <w:r>
              <w:t>Owner pay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</w:tcPr>
          <w:p>
            <w:r>
              <w:t>Rent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</w:tcPr>
          <w:p>
            <w:r>
              <w:t>Utilities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</w:tcPr>
          <w:p>
            <w:r>
              <w:t>Marketing and advertising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</w:tcPr>
          <w:p>
            <w:r>
              <w:t>Insurance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</w:tcPr>
          <w:p>
            <w:r>
              <w:t>Depreciation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</w:tcPr>
          <w:p>
            <w:r>
              <w:t>Office supplies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</w:tcPr>
          <w:p>
            <w:r>
              <w:t>Miscellaneous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  <w:shd w:fill="FAFAFD"/>
          </w:tcPr>
          <w:p>
            <w:r>
              <w:rPr>
                <w:b/>
              </w:rPr>
              <w:t>Total operating expenses</w:t>
            </w:r>
          </w:p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</w:tr>
      <w:tr>
        <w:tc>
          <w:tcPr>
            <w:tcW w:type="dxa" w:w="1656"/>
            <w:shd w:fill="FAFAFD"/>
          </w:tcPr>
          <w:p>
            <w:r>
              <w:rPr>
                <w:b/>
              </w:rPr>
              <w:t>Operating profit</w:t>
            </w:r>
          </w:p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</w:tr>
      <w:tr>
        <w:tc>
          <w:tcPr>
            <w:tcW w:type="dxa" w:w="1656"/>
          </w:tcPr>
          <w:p>
            <w:r>
              <w:t>Interest expense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</w:tcPr>
          <w:p>
            <w:r>
              <w:t>Income tax (enter your rate)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  <w:shd w:fill="FAFAFD"/>
          </w:tcPr>
          <w:p>
            <w:r>
              <w:rPr>
                <w:b/>
              </w:rPr>
              <w:t>Net profit after tax</w:t>
            </w:r>
          </w:p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</w:tr>
    </w:tbl>
    <w:p>
      <w:pPr>
        <w:spacing w:after="80"/>
      </w:pPr>
      <w:r>
        <w:rPr>
          <w:i/>
          <w:color w:val="41414F"/>
          <w:sz w:val="18"/>
        </w:rPr>
        <w:t>Revenue minus what it costs to earn it. If the bottom line looks healthy, check that your own pay is in the costs above it.</w:t>
      </w:r>
    </w:p>
    <w:p/>
    <w:p>
      <w:pPr>
        <w:pStyle w:val="Heading2"/>
      </w:pPr>
      <w:r>
        <w:t>Cash Flow Statement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56"/>
        <w:gridCol w:w="1656"/>
        <w:gridCol w:w="1656"/>
        <w:gridCol w:w="1656"/>
        <w:gridCol w:w="1656"/>
        <w:gridCol w:w="1656"/>
      </w:tblGrid>
      <w:tr>
        <w:tc>
          <w:tcPr>
            <w:tcW w:type="dxa" w:w="1656"/>
            <w:shd w:fill="EEF0FF"/>
          </w:tcPr>
          <w:p>
            <w:r>
              <w:rPr>
                <w:b/>
                <w:sz w:val="18"/>
              </w:rPr>
              <w:t>Category</w:t>
            </w:r>
          </w:p>
        </w:tc>
        <w:tc>
          <w:tcPr>
            <w:tcW w:type="dxa" w:w="1656"/>
            <w:shd w:fill="EEF0FF"/>
          </w:tcPr>
          <w:p>
            <w:r>
              <w:rPr>
                <w:b/>
                <w:sz w:val="18"/>
              </w:rPr>
              <w:t>Year 1</w:t>
            </w:r>
          </w:p>
        </w:tc>
        <w:tc>
          <w:tcPr>
            <w:tcW w:type="dxa" w:w="1656"/>
            <w:shd w:fill="EEF0FF"/>
          </w:tcPr>
          <w:p>
            <w:r>
              <w:rPr>
                <w:b/>
                <w:sz w:val="18"/>
              </w:rPr>
              <w:t>Year 2</w:t>
            </w:r>
          </w:p>
        </w:tc>
        <w:tc>
          <w:tcPr>
            <w:tcW w:type="dxa" w:w="1656"/>
            <w:shd w:fill="EEF0FF"/>
          </w:tcPr>
          <w:p>
            <w:r>
              <w:rPr>
                <w:b/>
                <w:sz w:val="18"/>
              </w:rPr>
              <w:t>Year 3</w:t>
            </w:r>
          </w:p>
        </w:tc>
        <w:tc>
          <w:tcPr>
            <w:tcW w:type="dxa" w:w="1656"/>
            <w:shd w:fill="EEF0FF"/>
          </w:tcPr>
          <w:p>
            <w:r>
              <w:rPr>
                <w:b/>
                <w:sz w:val="18"/>
              </w:rPr>
              <w:t>Year 4</w:t>
            </w:r>
          </w:p>
        </w:tc>
        <w:tc>
          <w:tcPr>
            <w:tcW w:type="dxa" w:w="1656"/>
            <w:shd w:fill="EEF0FF"/>
          </w:tcPr>
          <w:p>
            <w:r>
              <w:rPr>
                <w:b/>
                <w:sz w:val="18"/>
              </w:rPr>
              <w:t>Year 5</w:t>
            </w:r>
          </w:p>
        </w:tc>
      </w:tr>
      <w:tr>
        <w:tc>
          <w:tcPr>
            <w:tcW w:type="dxa" w:w="1656"/>
            <w:shd w:fill="FAFAFD"/>
          </w:tcPr>
          <w:p>
            <w:r>
              <w:rPr>
                <w:b/>
              </w:rPr>
              <w:t>Cash from operating activities</w:t>
            </w:r>
          </w:p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</w:tr>
      <w:tr>
        <w:tc>
          <w:tcPr>
            <w:tcW w:type="dxa" w:w="1656"/>
          </w:tcPr>
          <w:p>
            <w:r>
              <w:t>Net income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</w:tcPr>
          <w:p>
            <w:r>
              <w:t>Depreciation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</w:tcPr>
          <w:p>
            <w:r>
              <w:t>Change in accounts receivable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</w:tcPr>
          <w:p>
            <w:r>
              <w:t>Change in inventory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</w:tcPr>
          <w:p>
            <w:r>
              <w:t>Change in accounts payable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  <w:shd w:fill="FAFAFD"/>
          </w:tcPr>
          <w:p>
            <w:r>
              <w:rPr>
                <w:b/>
              </w:rPr>
              <w:t>Net cash from operations</w:t>
            </w:r>
          </w:p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</w:tr>
      <w:tr>
        <w:tc>
          <w:tcPr>
            <w:tcW w:type="dxa" w:w="1656"/>
            <w:shd w:fill="FAFAFD"/>
          </w:tcPr>
          <w:p>
            <w:r>
              <w:rPr>
                <w:b/>
              </w:rPr>
              <w:t>Cash from financing</w:t>
            </w:r>
          </w:p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</w:tr>
      <w:tr>
        <w:tc>
          <w:tcPr>
            <w:tcW w:type="dxa" w:w="1656"/>
          </w:tcPr>
          <w:p>
            <w:r>
              <w:t>Loan proceeds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</w:tcPr>
          <w:p>
            <w:r>
              <w:t>Loan repayments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</w:tcPr>
          <w:p>
            <w:r>
              <w:t>Capital introduced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  <w:shd w:fill="FAFAFD"/>
          </w:tcPr>
          <w:p>
            <w:r>
              <w:rPr>
                <w:b/>
              </w:rPr>
              <w:t>Net cash from financing</w:t>
            </w:r>
          </w:p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</w:tr>
      <w:tr>
        <w:tc>
          <w:tcPr>
            <w:tcW w:type="dxa" w:w="1656"/>
            <w:shd w:fill="FAFAFD"/>
          </w:tcPr>
          <w:p>
            <w:r>
              <w:rPr>
                <w:b/>
              </w:rPr>
              <w:t>Net change in cash</w:t>
            </w:r>
          </w:p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</w:tr>
      <w:tr>
        <w:tc>
          <w:tcPr>
            <w:tcW w:type="dxa" w:w="1656"/>
          </w:tcPr>
          <w:p>
            <w:r>
              <w:t>Opening cash balance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  <w:shd w:fill="FAFAFD"/>
          </w:tcPr>
          <w:p>
            <w:r>
              <w:rPr>
                <w:b/>
              </w:rPr>
              <w:t>Closing cash balance</w:t>
            </w:r>
          </w:p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</w:tr>
    </w:tbl>
    <w:p>
      <w:pPr>
        <w:spacing w:after="80"/>
      </w:pPr>
      <w:r>
        <w:rPr>
          <w:i/>
          <w:color w:val="41414F"/>
          <w:sz w:val="18"/>
        </w:rPr>
        <w:t>The one that catches people out. A business can be profitable on paper in month three and still run out of money in month two, which is what this table is for.</w:t>
      </w:r>
    </w:p>
    <w:p/>
    <w:p>
      <w:pPr>
        <w:pStyle w:val="Heading2"/>
      </w:pPr>
      <w:r>
        <w:t>Balance Sheet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56"/>
        <w:gridCol w:w="1656"/>
        <w:gridCol w:w="1656"/>
        <w:gridCol w:w="1656"/>
        <w:gridCol w:w="1656"/>
        <w:gridCol w:w="1656"/>
      </w:tblGrid>
      <w:tr>
        <w:tc>
          <w:tcPr>
            <w:tcW w:type="dxa" w:w="1656"/>
            <w:shd w:fill="EEF0FF"/>
          </w:tcPr>
          <w:p>
            <w:r>
              <w:rPr>
                <w:b/>
                <w:sz w:val="18"/>
              </w:rPr>
              <w:t>Category</w:t>
            </w:r>
          </w:p>
        </w:tc>
        <w:tc>
          <w:tcPr>
            <w:tcW w:type="dxa" w:w="1656"/>
            <w:shd w:fill="EEF0FF"/>
          </w:tcPr>
          <w:p>
            <w:r>
              <w:rPr>
                <w:b/>
                <w:sz w:val="18"/>
              </w:rPr>
              <w:t>Year 1</w:t>
            </w:r>
          </w:p>
        </w:tc>
        <w:tc>
          <w:tcPr>
            <w:tcW w:type="dxa" w:w="1656"/>
            <w:shd w:fill="EEF0FF"/>
          </w:tcPr>
          <w:p>
            <w:r>
              <w:rPr>
                <w:b/>
                <w:sz w:val="18"/>
              </w:rPr>
              <w:t>Year 2</w:t>
            </w:r>
          </w:p>
        </w:tc>
        <w:tc>
          <w:tcPr>
            <w:tcW w:type="dxa" w:w="1656"/>
            <w:shd w:fill="EEF0FF"/>
          </w:tcPr>
          <w:p>
            <w:r>
              <w:rPr>
                <w:b/>
                <w:sz w:val="18"/>
              </w:rPr>
              <w:t>Year 3</w:t>
            </w:r>
          </w:p>
        </w:tc>
        <w:tc>
          <w:tcPr>
            <w:tcW w:type="dxa" w:w="1656"/>
            <w:shd w:fill="EEF0FF"/>
          </w:tcPr>
          <w:p>
            <w:r>
              <w:rPr>
                <w:b/>
                <w:sz w:val="18"/>
              </w:rPr>
              <w:t>Year 4</w:t>
            </w:r>
          </w:p>
        </w:tc>
        <w:tc>
          <w:tcPr>
            <w:tcW w:type="dxa" w:w="1656"/>
            <w:shd w:fill="EEF0FF"/>
          </w:tcPr>
          <w:p>
            <w:r>
              <w:rPr>
                <w:b/>
                <w:sz w:val="18"/>
              </w:rPr>
              <w:t>Year 5</w:t>
            </w:r>
          </w:p>
        </w:tc>
      </w:tr>
      <w:tr>
        <w:tc>
          <w:tcPr>
            <w:tcW w:type="dxa" w:w="1656"/>
            <w:shd w:fill="FAFAFD"/>
          </w:tcPr>
          <w:p>
            <w:r>
              <w:rPr>
                <w:b/>
              </w:rPr>
              <w:t>Assets</w:t>
            </w:r>
          </w:p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</w:tr>
      <w:tr>
        <w:tc>
          <w:tcPr>
            <w:tcW w:type="dxa" w:w="1656"/>
          </w:tcPr>
          <w:p>
            <w:r>
              <w:t>Cash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</w:tcPr>
          <w:p>
            <w:r>
              <w:t>Accounts receivable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</w:tcPr>
          <w:p>
            <w:r>
              <w:t>Inventory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</w:tcPr>
          <w:p>
            <w:r>
              <w:t>Prepaid expenses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  <w:shd w:fill="FAFAFD"/>
          </w:tcPr>
          <w:p>
            <w:r>
              <w:rPr>
                <w:b/>
              </w:rPr>
              <w:t>Total current assets</w:t>
            </w:r>
          </w:p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</w:tr>
      <w:tr>
        <w:tc>
          <w:tcPr>
            <w:tcW w:type="dxa" w:w="1656"/>
          </w:tcPr>
          <w:p>
            <w:r>
              <w:t>Property, plant and equipment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</w:tcPr>
          <w:p>
            <w:r>
              <w:t>Less accumulated depreciation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</w:tcPr>
          <w:p>
            <w:r>
              <w:t>Intangible assets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  <w:shd w:fill="FAFAFD"/>
          </w:tcPr>
          <w:p>
            <w:r>
              <w:rPr>
                <w:b/>
              </w:rPr>
              <w:t>Total non-current assets</w:t>
            </w:r>
          </w:p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</w:tr>
      <w:tr>
        <w:tc>
          <w:tcPr>
            <w:tcW w:type="dxa" w:w="1656"/>
            <w:shd w:fill="FAFAFD"/>
          </w:tcPr>
          <w:p>
            <w:r>
              <w:rPr>
                <w:b/>
              </w:rPr>
              <w:t>Total assets</w:t>
            </w:r>
          </w:p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</w:tr>
      <w:tr>
        <w:tc>
          <w:tcPr>
            <w:tcW w:type="dxa" w:w="1656"/>
            <w:shd w:fill="FAFAFD"/>
          </w:tcPr>
          <w:p>
            <w:r>
              <w:rPr>
                <w:b/>
              </w:rPr>
              <w:t>Liabilities</w:t>
            </w:r>
          </w:p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</w:tr>
      <w:tr>
        <w:tc>
          <w:tcPr>
            <w:tcW w:type="dxa" w:w="1656"/>
          </w:tcPr>
          <w:p>
            <w:r>
              <w:t>Accounts payable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</w:tcPr>
          <w:p>
            <w:r>
              <w:t>Short-term loans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</w:tcPr>
          <w:p>
            <w:r>
              <w:t>Taxes payable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  <w:shd w:fill="FAFAFD"/>
          </w:tcPr>
          <w:p>
            <w:r>
              <w:rPr>
                <w:b/>
              </w:rPr>
              <w:t>Total current liabilities</w:t>
            </w:r>
          </w:p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</w:tr>
      <w:tr>
        <w:tc>
          <w:tcPr>
            <w:tcW w:type="dxa" w:w="1656"/>
          </w:tcPr>
          <w:p>
            <w:r>
              <w:t>Long-term loans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  <w:shd w:fill="FAFAFD"/>
          </w:tcPr>
          <w:p>
            <w:r>
              <w:rPr>
                <w:b/>
              </w:rPr>
              <w:t>Total liabilities</w:t>
            </w:r>
          </w:p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</w:tr>
      <w:tr>
        <w:tc>
          <w:tcPr>
            <w:tcW w:type="dxa" w:w="1656"/>
            <w:shd w:fill="FAFAFD"/>
          </w:tcPr>
          <w:p>
            <w:r>
              <w:rPr>
                <w:b/>
              </w:rPr>
              <w:t>Equity</w:t>
            </w:r>
          </w:p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</w:tr>
      <w:tr>
        <w:tc>
          <w:tcPr>
            <w:tcW w:type="dxa" w:w="1656"/>
          </w:tcPr>
          <w:p>
            <w:r>
              <w:t>Owner's capital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</w:tcPr>
          <w:p>
            <w:r>
              <w:t>Retained earnings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  <w:shd w:fill="FAFAFD"/>
          </w:tcPr>
          <w:p>
            <w:r>
              <w:rPr>
                <w:b/>
              </w:rPr>
              <w:t>Total equity</w:t>
            </w:r>
          </w:p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</w:tr>
      <w:tr>
        <w:tc>
          <w:tcPr>
            <w:tcW w:type="dxa" w:w="1656"/>
            <w:shd w:fill="FAFAFD"/>
          </w:tcPr>
          <w:p>
            <w:r>
              <w:rPr>
                <w:b/>
              </w:rPr>
              <w:t>Total liabilities and equity</w:t>
            </w:r>
          </w:p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</w:tr>
    </w:tbl>
    <w:p>
      <w:pPr>
        <w:spacing w:after="80"/>
      </w:pPr>
      <w:r>
        <w:rPr>
          <w:i/>
          <w:color w:val="41414F"/>
          <w:sz w:val="18"/>
        </w:rPr>
        <w:t>What the business owns against what it owes. Total assets must equal total liabilities plus equity, which is a useful check that the rest of your figures hang together.</w:t>
      </w:r>
    </w:p>
    <w:p/>
    <w:p>
      <w:pPr>
        <w:pStyle w:val="Heading2"/>
      </w:pPr>
      <w:r>
        <w:t>Break-Even Analysis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fill="EEF0FF"/>
          </w:tcPr>
          <w:p>
            <w:r>
              <w:rPr>
                <w:b/>
                <w:sz w:val="18"/>
              </w:rPr>
              <w:t>Category</w:t>
            </w:r>
          </w:p>
        </w:tc>
        <w:tc>
          <w:tcPr>
            <w:tcW w:type="dxa" w:w="4968"/>
            <w:shd w:fill="EEF0FF"/>
          </w:tcPr>
          <w:p>
            <w:r>
              <w:rPr>
                <w:b/>
                <w:sz w:val="18"/>
              </w:rPr>
              <w:t>Amount</w:t>
            </w:r>
          </w:p>
        </w:tc>
      </w:tr>
      <w:tr>
        <w:tc>
          <w:tcPr>
            <w:tcW w:type="dxa" w:w="4968"/>
          </w:tcPr>
          <w:p>
            <w:r>
              <w:t>Rent</w:t>
            </w:r>
          </w:p>
        </w:tc>
        <w:tc>
          <w:tcPr>
            <w:tcW w:type="dxa" w:w="4968"/>
          </w:tcPr>
          <w:p/>
        </w:tc>
      </w:tr>
      <w:tr>
        <w:tc>
          <w:tcPr>
            <w:tcW w:type="dxa" w:w="4968"/>
          </w:tcPr>
          <w:p>
            <w:r>
              <w:t>Salaries and owner pay</w:t>
            </w:r>
          </w:p>
        </w:tc>
        <w:tc>
          <w:tcPr>
            <w:tcW w:type="dxa" w:w="4968"/>
          </w:tcPr>
          <w:p/>
        </w:tc>
      </w:tr>
      <w:tr>
        <w:tc>
          <w:tcPr>
            <w:tcW w:type="dxa" w:w="4968"/>
          </w:tcPr>
          <w:p>
            <w:r>
              <w:t>Utilities</w:t>
            </w:r>
          </w:p>
        </w:tc>
        <w:tc>
          <w:tcPr>
            <w:tcW w:type="dxa" w:w="4968"/>
          </w:tcPr>
          <w:p/>
        </w:tc>
      </w:tr>
      <w:tr>
        <w:tc>
          <w:tcPr>
            <w:tcW w:type="dxa" w:w="4968"/>
          </w:tcPr>
          <w:p>
            <w:r>
              <w:t>Insurance</w:t>
            </w:r>
          </w:p>
        </w:tc>
        <w:tc>
          <w:tcPr>
            <w:tcW w:type="dxa" w:w="4968"/>
          </w:tcPr>
          <w:p/>
        </w:tc>
      </w:tr>
      <w:tr>
        <w:tc>
          <w:tcPr>
            <w:tcW w:type="dxa" w:w="4968"/>
          </w:tcPr>
          <w:p>
            <w:r>
              <w:t>Marketing</w:t>
            </w:r>
          </w:p>
        </w:tc>
        <w:tc>
          <w:tcPr>
            <w:tcW w:type="dxa" w:w="4968"/>
          </w:tcPr>
          <w:p/>
        </w:tc>
      </w:tr>
      <w:tr>
        <w:tc>
          <w:tcPr>
            <w:tcW w:type="dxa" w:w="4968"/>
          </w:tcPr>
          <w:p>
            <w:r>
              <w:t>Other fixed costs</w:t>
            </w:r>
          </w:p>
        </w:tc>
        <w:tc>
          <w:tcPr>
            <w:tcW w:type="dxa" w:w="4968"/>
          </w:tcPr>
          <w:p/>
        </w:tc>
      </w:tr>
      <w:tr>
        <w:tc>
          <w:tcPr>
            <w:tcW w:type="dxa" w:w="4968"/>
            <w:shd w:fill="FAFAFD"/>
          </w:tcPr>
          <w:p>
            <w:r>
              <w:rPr>
                <w:b/>
              </w:rPr>
              <w:t>Total fixed costs (A)</w:t>
            </w:r>
          </w:p>
        </w:tc>
        <w:tc>
          <w:tcPr>
            <w:tcW w:type="dxa" w:w="4968"/>
            <w:shd w:fill="FAFAFD"/>
          </w:tcPr>
          <w:p/>
        </w:tc>
      </w:tr>
      <w:tr>
        <w:tc>
          <w:tcPr>
            <w:tcW w:type="dxa" w:w="4968"/>
          </w:tcPr>
          <w:p>
            <w:r>
              <w:t>Materials per unit</w:t>
            </w:r>
          </w:p>
        </w:tc>
        <w:tc>
          <w:tcPr>
            <w:tcW w:type="dxa" w:w="4968"/>
          </w:tcPr>
          <w:p/>
        </w:tc>
      </w:tr>
      <w:tr>
        <w:tc>
          <w:tcPr>
            <w:tcW w:type="dxa" w:w="4968"/>
          </w:tcPr>
          <w:p>
            <w:r>
              <w:t>Labour per unit</w:t>
            </w:r>
          </w:p>
        </w:tc>
        <w:tc>
          <w:tcPr>
            <w:tcW w:type="dxa" w:w="4968"/>
          </w:tcPr>
          <w:p/>
        </w:tc>
      </w:tr>
      <w:tr>
        <w:tc>
          <w:tcPr>
            <w:tcW w:type="dxa" w:w="4968"/>
          </w:tcPr>
          <w:p>
            <w:r>
              <w:t>Packaging and shipping</w:t>
            </w:r>
          </w:p>
        </w:tc>
        <w:tc>
          <w:tcPr>
            <w:tcW w:type="dxa" w:w="4968"/>
          </w:tcPr>
          <w:p/>
        </w:tc>
      </w:tr>
      <w:tr>
        <w:tc>
          <w:tcPr>
            <w:tcW w:type="dxa" w:w="4968"/>
            <w:shd w:fill="FAFAFD"/>
          </w:tcPr>
          <w:p>
            <w:r>
              <w:rPr>
                <w:b/>
              </w:rPr>
              <w:t>Selling price per unit (B)</w:t>
            </w:r>
          </w:p>
        </w:tc>
        <w:tc>
          <w:tcPr>
            <w:tcW w:type="dxa" w:w="4968"/>
            <w:shd w:fill="FAFAFD"/>
          </w:tcPr>
          <w:p/>
        </w:tc>
      </w:tr>
      <w:tr>
        <w:tc>
          <w:tcPr>
            <w:tcW w:type="dxa" w:w="4968"/>
            <w:shd w:fill="FAFAFD"/>
          </w:tcPr>
          <w:p>
            <w:r>
              <w:rPr>
                <w:b/>
              </w:rPr>
              <w:t>Variable cost per unit (C)</w:t>
            </w:r>
          </w:p>
        </w:tc>
        <w:tc>
          <w:tcPr>
            <w:tcW w:type="dxa" w:w="4968"/>
            <w:shd w:fill="FAFAFD"/>
          </w:tcPr>
          <w:p/>
        </w:tc>
      </w:tr>
      <w:tr>
        <w:tc>
          <w:tcPr>
            <w:tcW w:type="dxa" w:w="4968"/>
            <w:shd w:fill="FAFAFD"/>
          </w:tcPr>
          <w:p>
            <w:r>
              <w:rPr>
                <w:b/>
              </w:rPr>
              <w:t>Contribution per unit (B minus C)</w:t>
            </w:r>
          </w:p>
        </w:tc>
        <w:tc>
          <w:tcPr>
            <w:tcW w:type="dxa" w:w="4968"/>
            <w:shd w:fill="FAFAFD"/>
          </w:tcPr>
          <w:p/>
        </w:tc>
      </w:tr>
      <w:tr>
        <w:tc>
          <w:tcPr>
            <w:tcW w:type="dxa" w:w="4968"/>
            <w:shd w:fill="FAFAFD"/>
          </w:tcPr>
          <w:p>
            <w:r>
              <w:rPr>
                <w:b/>
              </w:rPr>
              <w:t>Break-even in units (A divided by contribution)</w:t>
            </w:r>
          </w:p>
        </w:tc>
        <w:tc>
          <w:tcPr>
            <w:tcW w:type="dxa" w:w="4968"/>
            <w:shd w:fill="FAFAFD"/>
          </w:tcPr>
          <w:p/>
        </w:tc>
      </w:tr>
      <w:tr>
        <w:tc>
          <w:tcPr>
            <w:tcW w:type="dxa" w:w="4968"/>
            <w:shd w:fill="FAFAFD"/>
          </w:tcPr>
          <w:p>
            <w:r>
              <w:rPr>
                <w:b/>
              </w:rPr>
              <w:t>Break-even in revenue (Break-even units times B)</w:t>
            </w:r>
          </w:p>
        </w:tc>
        <w:tc>
          <w:tcPr>
            <w:tcW w:type="dxa" w:w="4968"/>
            <w:shd w:fill="FAFAFD"/>
          </w:tcPr>
          <w:p/>
        </w:tc>
      </w:tr>
    </w:tbl>
    <w:p>
      <w:pPr>
        <w:spacing w:after="80"/>
      </w:pPr>
      <w:r>
        <w:rPr>
          <w:i/>
          <w:color w:val="41414F"/>
          <w:sz w:val="18"/>
        </w:rPr>
        <w:t>How much you have to sell before you stop losing money. One calculation, not a year-by-year forecast.</w:t>
      </w:r>
    </w:p>
    <w:p/>
    <w:p>
      <w:pPr>
        <w:pStyle w:val="Heading2"/>
      </w:pPr>
      <w:r>
        <w:t>Funding Needs</w:t>
      </w:r>
    </w:p>
    <w:p>
      <w:pPr>
        <w:spacing w:after="80"/>
      </w:pPr>
      <w:r>
        <w:rPr>
          <w:i/>
          <w:color w:val="41414F"/>
          <w:sz w:val="18"/>
        </w:rPr>
        <w:t>How much you need in total, where it comes from, and over what period you would repay it.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Use of Funds</w:t>
      </w:r>
    </w:p>
    <w:p>
      <w:pPr>
        <w:spacing w:after="80"/>
      </w:pPr>
      <w:r>
        <w:rPr>
          <w:i/>
          <w:color w:val="41414F"/>
          <w:sz w:val="18"/>
        </w:rPr>
        <w:t>What the money actually buys, line by line. A lender compares this against the amount you asked for.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r>
        <w:br w:type="page"/>
      </w:r>
    </w:p>
    <w:p>
      <w:pPr>
        <w:pStyle w:val="Heading1"/>
      </w:pPr>
      <w:r>
        <w:t>10. Risk Management</w:t>
      </w:r>
    </w:p>
    <w:p>
      <w:pPr>
        <w:spacing w:after="80"/>
      </w:pPr>
      <w:r>
        <w:rPr>
          <w:i/>
          <w:color w:val="41414F"/>
          <w:sz w:val="18"/>
        </w:rPr>
        <w:t>One of the two chapters people leave out, usually because the business has not failed yet so the risks feel hypothetical. A lender reads it as evidence you have thought past the optimistic case.</w:t>
      </w:r>
    </w:p>
    <w:p>
      <w:pPr>
        <w:pStyle w:val="Heading2"/>
      </w:pPr>
      <w:r>
        <w:t>Risk Identification</w:t>
      </w:r>
    </w:p>
    <w:p>
      <w:pPr>
        <w:spacing w:after="80"/>
      </w:pPr>
      <w:r>
        <w:rPr>
          <w:i/>
          <w:color w:val="41414F"/>
          <w:sz w:val="18"/>
        </w:rPr>
        <w:t>The realistic ones: losing a key customer, a supplier failing, a quiet season, equipment breaking. Not every possible risk, the likely ones.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Mitigation Strategies</w:t>
      </w:r>
    </w:p>
    <w:p>
      <w:pPr>
        <w:spacing w:after="80"/>
      </w:pPr>
      <w:r>
        <w:rPr>
          <w:i/>
          <w:color w:val="41414F"/>
          <w:sz w:val="18"/>
        </w:rPr>
        <w:t>What you have in place for each. Insurance, a second supplier, a cash buffer, a maintenance contract.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Crisis Management Plans</w:t>
      </w:r>
    </w:p>
    <w:p>
      <w:pPr>
        <w:spacing w:after="80"/>
      </w:pPr>
      <w:r>
        <w:rPr>
          <w:i/>
          <w:color w:val="41414F"/>
          <w:sz w:val="18"/>
        </w:rPr>
        <w:t>Who does what if something goes badly wrong, and how you would tell customers.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Legal Compliance Risks</w:t>
      </w:r>
    </w:p>
    <w:p>
      <w:pPr>
        <w:spacing w:after="80"/>
      </w:pPr>
      <w:r>
        <w:rPr>
          <w:i/>
          <w:color w:val="41414F"/>
          <w:sz w:val="18"/>
        </w:rPr>
        <w:t>Where you could fall foul of a rule, and how you stay on top of it.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r>
        <w:br w:type="page"/>
      </w:r>
    </w:p>
    <w:p>
      <w:pPr>
        <w:pStyle w:val="Heading1"/>
      </w:pPr>
      <w:r>
        <w:t>11. Exit Strategies</w:t>
      </w:r>
    </w:p>
    <w:p>
      <w:pPr>
        <w:spacing w:after="80"/>
      </w:pPr>
      <w:r>
        <w:rPr>
          <w:i/>
          <w:color w:val="41414F"/>
          <w:sz w:val="18"/>
        </w:rPr>
        <w:t>The other commonly skipped chapter. Relevant for an investor-facing plan, and worth a short answer even if the honest one is 'not planning to sell'.</w:t>
      </w:r>
    </w:p>
    <w:p>
      <w:pPr>
        <w:pStyle w:val="Heading2"/>
      </w:pPr>
      <w:r>
        <w:t>Acquisition Targets</w:t>
      </w:r>
    </w:p>
    <w:p>
      <w:pPr>
        <w:spacing w:after="80"/>
      </w:pPr>
      <w:r>
        <w:rPr>
          <w:i/>
          <w:color w:val="41414F"/>
          <w:sz w:val="18"/>
        </w:rPr>
        <w:t>Who might buy the business one day, and what would make it attractive to them.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Public Offering</w:t>
      </w:r>
    </w:p>
    <w:p>
      <w:pPr>
        <w:spacing w:after="80"/>
      </w:pPr>
      <w:r>
        <w:rPr>
          <w:i/>
          <w:color w:val="41414F"/>
          <w:sz w:val="18"/>
        </w:rPr>
        <w:t>Only relevant for a small number of businesses. Say so plainly if it is not yours.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Succession Planning</w:t>
      </w:r>
    </w:p>
    <w:p>
      <w:pPr>
        <w:spacing w:after="80"/>
      </w:pPr>
      <w:r>
        <w:rPr>
          <w:i/>
          <w:color w:val="41414F"/>
          <w:sz w:val="18"/>
        </w:rPr>
        <w:t>Who takes over if you step back, and how they would be ready.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Liquidation Plans</w:t>
      </w:r>
    </w:p>
    <w:p>
      <w:pPr>
        <w:spacing w:after="80"/>
      </w:pPr>
      <w:r>
        <w:rPr>
          <w:i/>
          <w:color w:val="41414F"/>
          <w:sz w:val="18"/>
        </w:rPr>
        <w:t>How you would wind the business down, settle debts and sell assets if it came to that.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5F6FF"/>
          </w:tcPr>
          <w:p>
            <w:r>
              <w:rPr>
                <w:b/>
                <w:color w:val="1C0C26"/>
                <w:sz w:val="26"/>
              </w:rPr>
              <w:t>The plan is the easy half</w:t>
            </w:r>
          </w:p>
          <w:p>
            <w:r>
              <w:rPr>
                <w:color w:val="41414F"/>
                <w:sz w:val="19"/>
              </w:rPr>
              <w:t>The financials are the half that gets checked. Upmetrics builds the projections, cash flow and balance sheet so they stay consistent with each other.</w:t>
            </w:r>
          </w:p>
          <w:p>
            <w:r>
              <w:rPr>
                <w:b/>
                <w:color w:val="4F50E6"/>
                <w:sz w:val="19"/>
              </w:rPr>
              <w:t>Start free at https://upmetrics.co/signup?utm_source=template&amp;utm_medium=pdf&amp;utm_campaign=business-plan-template</w:t>
            </w:r>
          </w:p>
          <w:p>
            <w:r>
              <w:rPr>
                <w:color w:val="5A6473"/>
                <w:sz w:val="17"/>
              </w:rPr>
              <w:t>4.9 on Capterra and G2  |  110K+ entrepreneurs  |  15-day money back guarantee</w:t>
            </w:r>
          </w:p>
        </w:tc>
      </w:tr>
    </w:tbl>
    <w:p/>
    <w:sectPr w:rsidR="00FC693F" w:rsidRPr="0006063C" w:rsidSect="00034616">
      <w:pgSz w:w="12240" w:h="15840"/>
      <w:pgMar w:top="1008" w:right="1152" w:bottom="864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1C0C26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1C0C26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1C0C26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 Year Business Plan Template | Free Word and PDF Download | Upmetrics</dc:title>
  <dc:subject>A free 5 year business plan template with financial tables running to year five, and guidance on how much detail each year needs.</dc:subject>
  <dc:creator>Upmetrics</dc:creator>
  <cp:keywords>5 year business plan template, five year business plan template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