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4"/>
        </w:rPr>
        <w:t>Upmetrics</w:t>
      </w:r>
    </w:p>
    <w:p/>
    <w:p/>
    <w:p/>
    <w:p>
      <w:r>
        <w:rPr>
          <w:b/>
          <w:sz w:val="42"/>
        </w:rPr>
        <w:t>[Your Company Name]</w:t>
      </w:r>
    </w:p>
    <w:p>
      <w:r>
        <w:rPr>
          <w:color w:val="5A6473"/>
          <w:sz w:val="22"/>
        </w:rPr>
        <w:t>[Your Tagline]</w:t>
      </w:r>
    </w:p>
    <w:p/>
    <w:p/>
    <w:p>
      <w:r>
        <w:rPr>
          <w:b/>
          <w:sz w:val="68"/>
        </w:rPr>
        <w:t>One Page Business Plan [Year]</w:t>
      </w:r>
    </w:p>
    <w:p>
      <w:r>
        <w:rPr>
          <w:color w:val="5A6473"/>
          <w:sz w:val="24"/>
        </w:rPr>
        <w:t>The whole business on a single sheet</w:t>
      </w:r>
    </w:p>
    <w:p/>
    <w:p>
      <w:r>
        <w:t>Prepared by ______________________        Date ______________</w:t>
      </w:r>
    </w:p>
    <w:p>
      <w:r>
        <w:br w:type="page"/>
      </w:r>
    </w:p>
    <w:p>
      <w:pPr>
        <w:pStyle w:val="Heading1"/>
      </w:pPr>
      <w:r>
        <w:t>One page business plan</w:t>
      </w:r>
    </w:p>
    <w:p>
      <w:pPr>
        <w:spacing w:after="80"/>
      </w:pPr>
      <w:r>
        <w:rPr>
          <w:i/>
          <w:color w:val="41414F"/>
          <w:sz w:val="18"/>
        </w:rPr>
        <w:t>About 400 words in total. Running out of room is the point: it forces every box to say something specific.</w:t>
      </w:r>
    </w:p>
    <w:p>
      <w:pPr>
        <w:pStyle w:val="Heading2"/>
      </w:pPr>
      <w:r>
        <w:t>What we do</w:t>
      </w:r>
    </w:p>
    <w:p>
      <w:pPr>
        <w:spacing w:after="80"/>
      </w:pPr>
      <w:r>
        <w:rPr>
          <w:i/>
          <w:color w:val="41414F"/>
          <w:sz w:val="18"/>
        </w:rPr>
        <w:t>The business in plain words. If a stranger could not repeat it back, it is not finished.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The problem</w:t>
      </w:r>
    </w:p>
    <w:p>
      <w:pPr>
        <w:spacing w:after="80"/>
      </w:pPr>
      <w:r>
        <w:rPr>
          <w:i/>
          <w:color w:val="41414F"/>
          <w:sz w:val="18"/>
        </w:rPr>
        <w:t>What is expensive or annoying for the customer today.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Who it is for</w:t>
      </w:r>
    </w:p>
    <w:p>
      <w:pPr>
        <w:spacing w:after="80"/>
      </w:pPr>
      <w:r>
        <w:rPr>
          <w:i/>
          <w:color w:val="41414F"/>
          <w:sz w:val="18"/>
        </w:rPr>
        <w:t>A specific group, and where they go instead right now.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Why us</w:t>
      </w:r>
    </w:p>
    <w:p>
      <w:pPr>
        <w:spacing w:after="80"/>
      </w:pPr>
      <w:r>
        <w:rPr>
          <w:i/>
          <w:color w:val="41414F"/>
          <w:sz w:val="18"/>
        </w:rPr>
        <w:t>What you have that is hard to copy.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How we reach them</w:t>
      </w:r>
    </w:p>
    <w:p>
      <w:pPr>
        <w:spacing w:after="80"/>
      </w:pPr>
      <w:r>
        <w:rPr>
          <w:i/>
          <w:color w:val="41414F"/>
          <w:sz w:val="18"/>
        </w:rPr>
        <w:t>Two channels you would defend. No more.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The numbers</w:t>
      </w:r>
    </w:p>
    <w:p>
      <w:pPr>
        <w:spacing w:after="80"/>
      </w:pPr>
      <w:r>
        <w:rPr>
          <w:i/>
          <w:color w:val="41414F"/>
          <w:sz w:val="18"/>
        </w:rPr>
        <w:t>Price, monthly volume, monthly costs, monthly profit. Plus what you need to start.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What happens next</w:t>
      </w:r>
    </w:p>
    <w:p>
      <w:pPr>
        <w:spacing w:after="80"/>
      </w:pPr>
      <w:r>
        <w:rPr>
          <w:i/>
          <w:color w:val="41414F"/>
          <w:sz w:val="18"/>
        </w:rPr>
        <w:t>The next three things, each with a date.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5F6FF"/>
          </w:tcPr>
          <w:p>
            <w:r>
              <w:rPr>
                <w:b/>
                <w:color w:val="1C0C26"/>
                <w:sz w:val="26"/>
              </w:rPr>
              <w:t>Outgrown one page?</w:t>
            </w:r>
          </w:p>
          <w:p>
            <w:r>
              <w:rPr>
                <w:color w:val="41414F"/>
                <w:sz w:val="19"/>
              </w:rPr>
              <w:t>Upmetrics expands this into the full plan, with the financial projections built for you.</w:t>
            </w:r>
          </w:p>
          <w:p>
            <w:r>
              <w:rPr>
                <w:b/>
                <w:color w:val="4F50E6"/>
                <w:sz w:val="19"/>
              </w:rPr>
              <w:t>Start free at https://upmetrics.co/signup?utm_source=template&amp;utm_medium=pdf&amp;utm_campaign=business-plan-template</w:t>
            </w:r>
          </w:p>
          <w:p>
            <w:r>
              <w:rPr>
                <w:color w:val="5A6473"/>
                <w:sz w:val="17"/>
              </w:rPr>
              <w:t>4.9 on Capterra and G2  |  110K+ entrepreneurs  |  15-day money back guarantee</w:t>
            </w:r>
          </w:p>
        </w:tc>
      </w:tr>
    </w:tbl>
    <w:p/>
    <w:sectPr w:rsidR="00FC693F" w:rsidRPr="0006063C" w:rsidSect="00034616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C0C2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C0C2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C0C2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Page Business Plan Template | Free Word and PDF Download | Upmetrics</dc:title>
  <dc:subject>A free one page business plan template: seven boxes on a single sheet, with a sentence budget for each.</dc:subject>
  <dc:creator>Upmetrics</dc:creator>
  <cp:keywords>one page business plan template, 1 page business plan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