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4"/>
        </w:rPr>
        <w:t>Upmetrics</w:t>
      </w:r>
    </w:p>
    <w:p/>
    <w:p/>
    <w:p/>
    <w:p>
      <w:r>
        <w:rPr>
          <w:b/>
          <w:sz w:val="42"/>
        </w:rPr>
        <w:t>[Your Company Name]</w:t>
      </w:r>
    </w:p>
    <w:p>
      <w:r>
        <w:rPr>
          <w:color w:val="5A6473"/>
          <w:sz w:val="22"/>
        </w:rPr>
        <w:t>[Your Tagline]</w:t>
      </w:r>
    </w:p>
    <w:p/>
    <w:p/>
    <w:p>
      <w:r>
        <w:rPr>
          <w:b/>
          <w:sz w:val="68"/>
        </w:rPr>
        <w:t>Simple Business Plan [Year]</w:t>
      </w:r>
    </w:p>
    <w:p>
      <w:r>
        <w:rPr>
          <w:color w:val="5A6473"/>
          <w:sz w:val="24"/>
        </w:rPr>
        <w:t>Six chapters, for when the decision does not need forty pages</w:t>
      </w:r>
    </w:p>
    <w:p/>
    <w:p>
      <w:r>
        <w:t>Prepared by ______________________        Date ______________</w:t>
      </w: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ListNumber"/>
      </w:pPr>
      <w:r>
        <w:t>Fill in the easy factual sections first. Company overview, products and the team are mostly things you already know.</w:t>
      </w:r>
    </w:p>
    <w:p>
      <w:pPr>
        <w:pStyle w:val="ListNumber"/>
      </w:pPr>
      <w:r>
        <w:t>Do the market section with a browser open. Competitor prices, what reviews complain about.</w:t>
      </w:r>
    </w:p>
    <w:p>
      <w:pPr>
        <w:pStyle w:val="ListNumber"/>
      </w:pPr>
      <w:r>
        <w:t>Build the financials from one unit upward: what you charge, what it costs you, how many you sell in a week.</w:t>
      </w:r>
    </w:p>
    <w:p>
      <w:pPr>
        <w:pStyle w:val="ListNumber"/>
      </w:pPr>
      <w:r>
        <w:t>Write the executive summary last, once the other sections give you something to summarise.</w:t>
      </w:r>
    </w:p>
    <w:p>
      <w:pPr>
        <w:pStyle w:val="ListNumber"/>
      </w:pPr>
      <w:r>
        <w:t>Delete what does not apply. A shorter plan that is all relevant beats a padded one.</w:t>
      </w:r>
    </w:p>
    <w:p>
      <w:pPr>
        <w:spacing w:after="80"/>
      </w:pPr>
      <w:r>
        <w:rPr>
          <w:i/>
          <w:color w:val="41414F"/>
          <w:sz w:val="18"/>
        </w:rPr>
        <w:t>Six chapters instead of eleven. This is the version for a landlord, a supplier, a partner, or for thinking the idea through yourself. It is not enough for a bank or an SBA loan: those want the full set of sections and three years of financial detail.</w:t>
      </w:r>
    </w:p>
    <w:p>
      <w:r>
        <w:br w:type="page"/>
      </w:r>
    </w:p>
    <w:p>
      <w:pPr>
        <w:pStyle w:val="Heading1"/>
      </w:pPr>
      <w:r>
        <w:t>The plan</w:t>
      </w:r>
    </w:p>
    <w:p>
      <w:pPr>
        <w:pStyle w:val="Heading2"/>
      </w:pPr>
      <w:r>
        <w:t>What the business does</w:t>
      </w:r>
    </w:p>
    <w:p>
      <w:pPr>
        <w:spacing w:after="80"/>
      </w:pPr>
      <w:r>
        <w:rPr>
          <w:i/>
          <w:color w:val="41414F"/>
          <w:sz w:val="18"/>
        </w:rPr>
        <w:t>What you sell, who buys it, and what they pay.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Who it is for</w:t>
      </w:r>
    </w:p>
    <w:p>
      <w:pPr>
        <w:spacing w:after="80"/>
      </w:pPr>
      <w:r>
        <w:rPr>
          <w:i/>
          <w:color w:val="41414F"/>
          <w:sz w:val="18"/>
        </w:rPr>
        <w:t>A real description of the customer. Where they get this today, and why they would switch.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Who else is already doing it</w:t>
      </w:r>
    </w:p>
    <w:p>
      <w:pPr>
        <w:spacing w:after="80"/>
      </w:pPr>
      <w:r>
        <w:rPr>
          <w:i/>
          <w:color w:val="41414F"/>
          <w:sz w:val="18"/>
        </w:rPr>
        <w:t>Three named competitors with their prices. The section people skip, and the one a lender reads.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How you reach people</w:t>
      </w:r>
    </w:p>
    <w:p>
      <w:pPr>
        <w:spacing w:after="80"/>
      </w:pPr>
      <w:r>
        <w:rPr>
          <w:i/>
          <w:color w:val="41414F"/>
          <w:sz w:val="18"/>
        </w:rPr>
        <w:t>The two or three channels you will actually use, and what each costs.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The money</w:t>
      </w:r>
    </w:p>
    <w:p>
      <w:pPr>
        <w:spacing w:after="80"/>
      </w:pPr>
      <w:r>
        <w:rPr>
          <w:i/>
          <w:color w:val="41414F"/>
          <w:sz w:val="18"/>
        </w:rPr>
        <w:t>Revenue, costs and the running bank balance, month by month for a year. The one section a short plan cannot drop, and the one a reader checks first. Use the table below.</w:t>
      </w:r>
    </w:p>
    <w:p>
      <w:pPr>
        <w:pStyle w:val="Heading2"/>
      </w:pPr>
      <w:r>
        <w:t>What you need and what it buys</w:t>
      </w:r>
    </w:p>
    <w:p>
      <w:pPr>
        <w:spacing w:after="80"/>
      </w:pPr>
      <w:r>
        <w:rPr>
          <w:i/>
          <w:color w:val="41414F"/>
          <w:sz w:val="18"/>
        </w:rPr>
        <w:t>If you are asking for money, the amount and what it is spent on. If not, what you are funding it from.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Twelve month cash forecast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1987"/>
            <w:shd w:fill="EEF0FF"/>
          </w:tcPr>
          <w:p>
            <w:r>
              <w:rPr>
                <w:b/>
                <w:sz w:val="18"/>
              </w:rPr>
              <w:t>Months 1-3</w:t>
            </w:r>
          </w:p>
        </w:tc>
        <w:tc>
          <w:tcPr>
            <w:tcW w:type="dxa" w:w="1987"/>
            <w:shd w:fill="EEF0FF"/>
          </w:tcPr>
          <w:p>
            <w:r>
              <w:rPr>
                <w:b/>
                <w:sz w:val="18"/>
              </w:rPr>
              <w:t>Months 4-6</w:t>
            </w:r>
          </w:p>
        </w:tc>
        <w:tc>
          <w:tcPr>
            <w:tcW w:type="dxa" w:w="1987"/>
            <w:shd w:fill="EEF0FF"/>
          </w:tcPr>
          <w:p>
            <w:r>
              <w:rPr>
                <w:b/>
                <w:sz w:val="18"/>
              </w:rPr>
              <w:t>Months 7-9</w:t>
            </w:r>
          </w:p>
        </w:tc>
        <w:tc>
          <w:tcPr>
            <w:tcW w:type="dxa" w:w="1987"/>
            <w:shd w:fill="EEF0FF"/>
          </w:tcPr>
          <w:p>
            <w:r>
              <w:rPr>
                <w:b/>
                <w:sz w:val="18"/>
              </w:rPr>
              <w:t>Months 10-12</w:t>
            </w:r>
          </w:p>
        </w:tc>
      </w:tr>
      <w:tr>
        <w:tc>
          <w:tcPr>
            <w:tcW w:type="dxa" w:w="1987"/>
            <w:shd w:fill="FAFAFD"/>
          </w:tcPr>
          <w:p>
            <w:r>
              <w:rPr>
                <w:b/>
              </w:rPr>
              <w:t>Revenue</w:t>
            </w:r>
          </w:p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</w:tr>
      <w:tr>
        <w:tc>
          <w:tcPr>
            <w:tcW w:type="dxa" w:w="1987"/>
          </w:tcPr>
          <w:p>
            <w:r>
              <w:t>Cost of sales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>
            <w:r>
              <w:t>Staff and owner pay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>
            <w:r>
              <w:t>Rent and utilities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>
            <w:r>
              <w:t>Marketing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>
            <w:r>
              <w:t>Other costs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  <w:shd w:fill="FAFAFD"/>
          </w:tcPr>
          <w:p>
            <w:r>
              <w:rPr>
                <w:b/>
              </w:rPr>
              <w:t>Total costs</w:t>
            </w:r>
          </w:p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</w:tr>
      <w:tr>
        <w:tc>
          <w:tcPr>
            <w:tcW w:type="dxa" w:w="1987"/>
            <w:shd w:fill="FAFAFD"/>
          </w:tcPr>
          <w:p>
            <w:r>
              <w:rPr>
                <w:b/>
              </w:rPr>
              <w:t>Profit</w:t>
            </w:r>
          </w:p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</w:tr>
      <w:tr>
        <w:tc>
          <w:tcPr>
            <w:tcW w:type="dxa" w:w="1987"/>
            <w:shd w:fill="FAFAFD"/>
          </w:tcPr>
          <w:p>
            <w:r>
              <w:rPr>
                <w:b/>
              </w:rPr>
              <w:t>Closing bank balance</w:t>
            </w:r>
          </w:p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  <w:tc>
          <w:tcPr>
            <w:tcW w:type="dxa" w:w="1987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Revenue in, costs out, and the running bank balance underneath.</w:t>
      </w:r>
    </w:p>
    <w:p/>
    <w:p>
      <w:pPr>
        <w:pStyle w:val="Heading2"/>
      </w:pPr>
      <w:r>
        <w:t>Funding Needs</w:t>
      </w:r>
    </w:p>
    <w:p>
      <w:pPr>
        <w:spacing w:after="80"/>
      </w:pPr>
      <w:r>
        <w:rPr>
          <w:i/>
          <w:color w:val="41414F"/>
          <w:sz w:val="18"/>
        </w:rPr>
        <w:t>How much you need in total, where it comes from, and over what period you would repay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Use of Funds</w:t>
      </w:r>
    </w:p>
    <w:p>
      <w:pPr>
        <w:spacing w:after="80"/>
      </w:pPr>
      <w:r>
        <w:rPr>
          <w:i/>
          <w:color w:val="41414F"/>
          <w:sz w:val="18"/>
        </w:rPr>
        <w:t>What the money actually buys, line by line. A lender compares this against the amount you asked for.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5F6FF"/>
          </w:tcPr>
          <w:p>
            <w:r>
              <w:rPr>
                <w:b/>
                <w:color w:val="1C0C26"/>
                <w:sz w:val="26"/>
              </w:rPr>
              <w:t>The plan is the easy half</w:t>
            </w:r>
          </w:p>
          <w:p>
            <w:r>
              <w:rPr>
                <w:color w:val="41414F"/>
                <w:sz w:val="19"/>
              </w:rPr>
              <w:t>The financials are the half that gets checked. Upmetrics builds the projections, cash flow and balance sheet so they stay consistent with each other.</w:t>
            </w:r>
          </w:p>
          <w:p>
            <w:r>
              <w:rPr>
                <w:b/>
                <w:color w:val="4F50E6"/>
                <w:sz w:val="19"/>
              </w:rPr>
              <w:t>Start free at https://upmetrics.co/signup?utm_source=template&amp;utm_medium=pdf&amp;utm_campaign=business-plan-template</w:t>
            </w:r>
          </w:p>
          <w:p>
            <w:r>
              <w:rPr>
                <w:color w:val="5A6473"/>
                <w:sz w:val="17"/>
              </w:rPr>
              <w:t>4.9 on Capterra and G2  |  110K+ entrepreneurs  |  15-day money back guarantee</w:t>
            </w:r>
          </w:p>
        </w:tc>
      </w:tr>
    </w:tbl>
    <w:p/>
    <w:sectPr w:rsidR="00FC693F" w:rsidRPr="0006063C" w:rsidSect="00034616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C0C2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C0C2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C0C2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Business Plan Template | Free Word and PDF Download | Upmetrics</dc:title>
  <dc:subject>A free simple business plan template: six chapters and a twelve-month cash forecast, for a plan a landlord, supplier or partner will read.</dc:subject>
  <dc:creator>Upmetrics</dc:creator>
  <cp:keywords>simple business plan template, basic business plan template, printable business plan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